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6A808" w14:textId="3E38921B" w:rsidR="003079A8" w:rsidRDefault="00000000">
      <w:pPr>
        <w:jc w:val="center"/>
      </w:pPr>
      <w:r>
        <w:rPr>
          <w:b/>
        </w:rPr>
        <w:t>日本流体力学会</w:t>
      </w:r>
      <w:r w:rsidR="00D91BAB">
        <w:rPr>
          <w:rFonts w:hint="eastAsia"/>
          <w:b/>
          <w:lang w:eastAsia="ja-JP"/>
        </w:rPr>
        <w:t>2026</w:t>
      </w:r>
      <w:r>
        <w:rPr>
          <w:b/>
        </w:rPr>
        <w:t xml:space="preserve">　託児利用申込書</w:t>
      </w:r>
    </w:p>
    <w:p w14:paraId="7E6DA999" w14:textId="50103FC0" w:rsidR="00B35A8C" w:rsidRDefault="00000000" w:rsidP="00575A95">
      <w:pPr>
        <w:spacing w:beforeLines="150" w:before="360" w:after="0"/>
        <w:jc w:val="center"/>
        <w:rPr>
          <w:lang w:eastAsia="ja-JP"/>
        </w:rPr>
      </w:pPr>
      <w:r>
        <w:rPr>
          <w:lang w:eastAsia="ja-JP"/>
        </w:rPr>
        <w:t>下記の申込書にご記入のうえ、</w:t>
      </w:r>
      <w:r>
        <w:rPr>
          <w:lang w:eastAsia="ja-JP"/>
        </w:rPr>
        <w:t>FAX</w:t>
      </w:r>
      <w:r>
        <w:rPr>
          <w:lang w:eastAsia="ja-JP"/>
        </w:rPr>
        <w:t>・</w:t>
      </w:r>
      <w:r>
        <w:rPr>
          <w:lang w:eastAsia="ja-JP"/>
        </w:rPr>
        <w:t>mail</w:t>
      </w:r>
      <w:r>
        <w:rPr>
          <w:lang w:eastAsia="ja-JP"/>
        </w:rPr>
        <w:t>にて</w:t>
      </w:r>
    </w:p>
    <w:p w14:paraId="06E0C156" w14:textId="40E240F0" w:rsidR="00B35A8C" w:rsidRDefault="00B35A8C" w:rsidP="00575A95">
      <w:pPr>
        <w:spacing w:after="0"/>
        <w:jc w:val="center"/>
        <w:rPr>
          <w:lang w:eastAsia="ja-JP"/>
        </w:rPr>
      </w:pPr>
      <w:r>
        <w:rPr>
          <w:rFonts w:hint="eastAsia"/>
          <w:lang w:eastAsia="ja-JP"/>
        </w:rPr>
        <w:t>お申込み賜りますようお願いいたします。</w:t>
      </w:r>
    </w:p>
    <w:p w14:paraId="74DC74E9" w14:textId="0E78C276" w:rsidR="00B35A8C" w:rsidRDefault="00B35A8C" w:rsidP="00FC2AB0">
      <w:pPr>
        <w:spacing w:beforeLines="100" w:before="240" w:after="0"/>
        <w:jc w:val="right"/>
        <w:rPr>
          <w:lang w:eastAsia="ja-JP"/>
        </w:rPr>
      </w:pPr>
      <w:r>
        <w:rPr>
          <w:rFonts w:hint="eastAsia"/>
          <w:lang w:eastAsia="ja-JP"/>
        </w:rPr>
        <w:t>記入年月日</w:t>
      </w:r>
      <w:r w:rsidR="007A2E54">
        <w:rPr>
          <w:rFonts w:hint="eastAsia"/>
          <w:lang w:eastAsia="ja-JP"/>
        </w:rPr>
        <w:t xml:space="preserve">　</w:t>
      </w:r>
      <w:r>
        <w:rPr>
          <w:rFonts w:hint="eastAsia"/>
          <w:lang w:eastAsia="ja-JP"/>
        </w:rPr>
        <w:t xml:space="preserve">　　　年　　　月　　　日</w:t>
      </w:r>
    </w:p>
    <w:tbl>
      <w:tblPr>
        <w:tblStyle w:val="afe"/>
        <w:tblW w:w="8897" w:type="dxa"/>
        <w:tblBorders>
          <w:insideH w:val="dashed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701"/>
        <w:gridCol w:w="2135"/>
        <w:gridCol w:w="2135"/>
        <w:gridCol w:w="2392"/>
      </w:tblGrid>
      <w:tr w:rsidR="00FC10AE" w14:paraId="520DFE6F" w14:textId="77777777" w:rsidTr="00B35A8C">
        <w:trPr>
          <w:trHeight w:val="198"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E51572" w14:textId="77777777" w:rsidR="00FC10AE" w:rsidRDefault="00FC10AE" w:rsidP="00FC10AE">
            <w:pPr>
              <w:jc w:val="center"/>
            </w:pPr>
            <w:r>
              <w:t>1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vAlign w:val="center"/>
          </w:tcPr>
          <w:p w14:paraId="2E749C2B" w14:textId="77777777" w:rsidR="00FC10AE" w:rsidRDefault="00FC10AE" w:rsidP="00050489">
            <w:pPr>
              <w:jc w:val="center"/>
            </w:pPr>
            <w:r>
              <w:t>保護者氏名</w:t>
            </w:r>
          </w:p>
        </w:tc>
        <w:tc>
          <w:tcPr>
            <w:tcW w:w="6662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4D1FA51C" w14:textId="47057B12" w:rsidR="00FC10AE" w:rsidRDefault="00FC10AE">
            <w:r w:rsidRPr="00FC10AE">
              <w:rPr>
                <w:rFonts w:hint="eastAsia"/>
                <w:sz w:val="16"/>
                <w:szCs w:val="16"/>
                <w:lang w:eastAsia="ja-JP"/>
              </w:rPr>
              <w:t>フリガナ</w:t>
            </w:r>
          </w:p>
        </w:tc>
      </w:tr>
      <w:tr w:rsidR="00FC10AE" w14:paraId="5AC52078" w14:textId="77777777" w:rsidTr="00B35A8C">
        <w:trPr>
          <w:trHeight w:val="454"/>
        </w:trPr>
        <w:tc>
          <w:tcPr>
            <w:tcW w:w="534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E93AE13" w14:textId="77777777" w:rsidR="00FC10AE" w:rsidRDefault="00FC10AE" w:rsidP="00FC10AE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2289C215" w14:textId="77777777" w:rsidR="00FC10AE" w:rsidRDefault="00FC10AE" w:rsidP="00050489">
            <w:pPr>
              <w:jc w:val="center"/>
            </w:pPr>
          </w:p>
        </w:tc>
        <w:tc>
          <w:tcPr>
            <w:tcW w:w="6662" w:type="dxa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14:paraId="19E7556E" w14:textId="77777777" w:rsidR="00FC10AE" w:rsidRDefault="00FC10AE"/>
        </w:tc>
      </w:tr>
      <w:tr w:rsidR="00FC10AE" w14:paraId="05DC707A" w14:textId="77777777" w:rsidTr="00B35A8C">
        <w:trPr>
          <w:trHeight w:val="710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DE6CB4D" w14:textId="77777777" w:rsidR="00FC10AE" w:rsidRDefault="00FC10AE" w:rsidP="00FC10AE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24728" w14:textId="77777777" w:rsidR="00FC10AE" w:rsidRDefault="00FC10AE" w:rsidP="00050489">
            <w:pPr>
              <w:jc w:val="center"/>
            </w:pPr>
            <w:r>
              <w:t>ご住所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56FB1C" w14:textId="31F5A447" w:rsidR="00FC10AE" w:rsidRDefault="00FC10AE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〒</w:t>
            </w:r>
          </w:p>
          <w:p w14:paraId="34BE5C01" w14:textId="77777777" w:rsidR="00FC10AE" w:rsidRDefault="00FC10AE">
            <w:pPr>
              <w:rPr>
                <w:lang w:eastAsia="ja-JP"/>
              </w:rPr>
            </w:pPr>
          </w:p>
        </w:tc>
      </w:tr>
      <w:tr w:rsidR="00FC10AE" w14:paraId="59C5C36D" w14:textId="77777777" w:rsidTr="00B35A8C">
        <w:trPr>
          <w:trHeight w:val="151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4D3B130" w14:textId="77777777" w:rsidR="00FC10AE" w:rsidRDefault="00FC10AE" w:rsidP="00FC10AE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8417977" w14:textId="213981FF" w:rsidR="00FC10AE" w:rsidRDefault="00FC10AE" w:rsidP="00050489">
            <w:pPr>
              <w:jc w:val="center"/>
            </w:pPr>
            <w:r w:rsidRPr="00FC10AE">
              <w:rPr>
                <w:rFonts w:hint="eastAsia"/>
                <w:sz w:val="16"/>
                <w:szCs w:val="16"/>
                <w:lang w:eastAsia="ja-JP"/>
              </w:rPr>
              <w:t>フリガナ</w:t>
            </w:r>
          </w:p>
        </w:tc>
        <w:tc>
          <w:tcPr>
            <w:tcW w:w="2135" w:type="dxa"/>
            <w:tcBorders>
              <w:top w:val="single" w:sz="4" w:space="0" w:color="auto"/>
              <w:bottom w:val="dashed" w:sz="4" w:space="0" w:color="auto"/>
            </w:tcBorders>
          </w:tcPr>
          <w:p w14:paraId="015077AA" w14:textId="77777777" w:rsidR="00FC10AE" w:rsidRDefault="00FC10AE"/>
        </w:tc>
        <w:tc>
          <w:tcPr>
            <w:tcW w:w="2135" w:type="dxa"/>
            <w:tcBorders>
              <w:top w:val="single" w:sz="4" w:space="0" w:color="auto"/>
              <w:bottom w:val="dashed" w:sz="4" w:space="0" w:color="auto"/>
            </w:tcBorders>
          </w:tcPr>
          <w:p w14:paraId="070B5E0C" w14:textId="77777777" w:rsidR="00FC10AE" w:rsidRDefault="00FC10AE"/>
        </w:tc>
        <w:tc>
          <w:tcPr>
            <w:tcW w:w="2392" w:type="dxa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648EEA77" w14:textId="5419EAC5" w:rsidR="00FC10AE" w:rsidRDefault="00FC10AE"/>
        </w:tc>
      </w:tr>
      <w:tr w:rsidR="00FC10AE" w14:paraId="1ED0349A" w14:textId="77777777" w:rsidTr="00B35A8C">
        <w:trPr>
          <w:trHeight w:val="454"/>
        </w:trPr>
        <w:tc>
          <w:tcPr>
            <w:tcW w:w="534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3F7F5E5" w14:textId="77777777" w:rsidR="00FC10AE" w:rsidRDefault="00FC10AE" w:rsidP="00FC10AE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AA1193A" w14:textId="707294F6" w:rsidR="00FC10AE" w:rsidRDefault="00FC10AE" w:rsidP="00050489">
            <w:pPr>
              <w:jc w:val="center"/>
            </w:pPr>
            <w:r>
              <w:t>児童名</w:t>
            </w:r>
          </w:p>
        </w:tc>
        <w:tc>
          <w:tcPr>
            <w:tcW w:w="2135" w:type="dxa"/>
            <w:tcBorders>
              <w:top w:val="dashed" w:sz="4" w:space="0" w:color="auto"/>
              <w:bottom w:val="single" w:sz="4" w:space="0" w:color="auto"/>
            </w:tcBorders>
          </w:tcPr>
          <w:p w14:paraId="3D604200" w14:textId="77777777" w:rsidR="00FC10AE" w:rsidRDefault="00FC10AE"/>
        </w:tc>
        <w:tc>
          <w:tcPr>
            <w:tcW w:w="2135" w:type="dxa"/>
            <w:tcBorders>
              <w:top w:val="dashed" w:sz="4" w:space="0" w:color="auto"/>
              <w:bottom w:val="single" w:sz="4" w:space="0" w:color="auto"/>
            </w:tcBorders>
          </w:tcPr>
          <w:p w14:paraId="30D0C4C8" w14:textId="77777777" w:rsidR="00FC10AE" w:rsidRDefault="00FC10AE"/>
        </w:tc>
        <w:tc>
          <w:tcPr>
            <w:tcW w:w="2392" w:type="dxa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</w:tcPr>
          <w:p w14:paraId="3151810A" w14:textId="0EB47E5C" w:rsidR="00FC10AE" w:rsidRDefault="00FC10AE"/>
        </w:tc>
      </w:tr>
      <w:tr w:rsidR="003079A8" w14:paraId="3135D8D9" w14:textId="77777777" w:rsidTr="00B35A8C">
        <w:trPr>
          <w:trHeight w:val="505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2E71187" w14:textId="77777777" w:rsidR="003079A8" w:rsidRDefault="00000000" w:rsidP="00FC10AE">
            <w:pPr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83538" w14:textId="77777777" w:rsidR="003079A8" w:rsidRDefault="00000000" w:rsidP="00050489">
            <w:pPr>
              <w:jc w:val="center"/>
            </w:pPr>
            <w:r>
              <w:t>生年月日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3E82A0" w14:textId="441423CD" w:rsidR="003079A8" w:rsidRPr="00FC10AE" w:rsidRDefault="00FC10AE" w:rsidP="00FC10AE">
            <w:pPr>
              <w:jc w:val="center"/>
              <w:rPr>
                <w:sz w:val="16"/>
                <w:szCs w:val="16"/>
                <w:lang w:eastAsia="ja-JP"/>
              </w:rPr>
            </w:pPr>
            <w:r w:rsidRPr="00FC10AE">
              <w:rPr>
                <w:rFonts w:hint="eastAsia"/>
                <w:sz w:val="16"/>
                <w:szCs w:val="16"/>
                <w:lang w:eastAsia="ja-JP"/>
              </w:rPr>
              <w:t>年　月　日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2639CD" w14:textId="1E50B232" w:rsidR="003079A8" w:rsidRPr="00FC10AE" w:rsidRDefault="00FC10AE" w:rsidP="00FC10AE">
            <w:pPr>
              <w:ind w:firstLineChars="100" w:firstLine="160"/>
              <w:jc w:val="center"/>
              <w:rPr>
                <w:sz w:val="16"/>
                <w:szCs w:val="16"/>
              </w:rPr>
            </w:pPr>
            <w:r w:rsidRPr="00FC10AE">
              <w:rPr>
                <w:rFonts w:hint="eastAsia"/>
                <w:sz w:val="16"/>
                <w:szCs w:val="16"/>
                <w:lang w:eastAsia="ja-JP"/>
              </w:rPr>
              <w:t>年　月　日</w:t>
            </w: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8422BF" w14:textId="18D0E4C9" w:rsidR="003079A8" w:rsidRPr="00FC10AE" w:rsidRDefault="00FC10AE" w:rsidP="00FC10AE">
            <w:pPr>
              <w:ind w:firstLineChars="100" w:firstLine="160"/>
              <w:jc w:val="center"/>
              <w:rPr>
                <w:sz w:val="16"/>
                <w:szCs w:val="16"/>
              </w:rPr>
            </w:pPr>
            <w:r w:rsidRPr="00FC10AE">
              <w:rPr>
                <w:rFonts w:hint="eastAsia"/>
                <w:sz w:val="16"/>
                <w:szCs w:val="16"/>
                <w:lang w:eastAsia="ja-JP"/>
              </w:rPr>
              <w:t>年　月　日</w:t>
            </w:r>
          </w:p>
        </w:tc>
      </w:tr>
      <w:tr w:rsidR="003079A8" w14:paraId="39EA147F" w14:textId="77777777" w:rsidTr="00B35A8C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9CCC00A" w14:textId="77777777" w:rsidR="003079A8" w:rsidRDefault="00000000" w:rsidP="00FC10AE">
            <w:pPr>
              <w:jc w:val="center"/>
            </w:pPr>
            <w:r>
              <w:t>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F03D37" w14:textId="77777777" w:rsidR="003079A8" w:rsidRDefault="00000000" w:rsidP="00050489">
            <w:pPr>
              <w:jc w:val="center"/>
            </w:pPr>
            <w:r>
              <w:t>日々の保育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692AF1" w14:textId="64A6A26A" w:rsidR="003079A8" w:rsidRDefault="00FC10AE" w:rsidP="00FC10AE">
            <w:pPr>
              <w:jc w:val="center"/>
              <w:rPr>
                <w:lang w:eastAsia="ja-JP"/>
              </w:rPr>
            </w:pPr>
            <w:r w:rsidRPr="00FC10AE">
              <w:rPr>
                <w:rFonts w:hint="eastAsia"/>
                <w:sz w:val="16"/>
                <w:szCs w:val="16"/>
                <w:lang w:eastAsia="ja-JP"/>
              </w:rPr>
              <w:t>□保・幼・小　□家庭内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A12FB9" w14:textId="6D839396" w:rsidR="003079A8" w:rsidRDefault="00FC10AE" w:rsidP="00FC10AE">
            <w:pPr>
              <w:jc w:val="center"/>
              <w:rPr>
                <w:lang w:eastAsia="ja-JP"/>
              </w:rPr>
            </w:pPr>
            <w:r w:rsidRPr="00FC10AE">
              <w:rPr>
                <w:rFonts w:hint="eastAsia"/>
                <w:sz w:val="16"/>
                <w:szCs w:val="16"/>
                <w:lang w:eastAsia="ja-JP"/>
              </w:rPr>
              <w:t>□保・幼・小　□家庭内</w:t>
            </w: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B0B3AE" w14:textId="6BC1DD7F" w:rsidR="003079A8" w:rsidRDefault="00FC10AE" w:rsidP="00FC10AE">
            <w:pPr>
              <w:jc w:val="center"/>
              <w:rPr>
                <w:lang w:eastAsia="ja-JP"/>
              </w:rPr>
            </w:pPr>
            <w:r w:rsidRPr="00FC10AE">
              <w:rPr>
                <w:rFonts w:hint="eastAsia"/>
                <w:sz w:val="16"/>
                <w:szCs w:val="16"/>
                <w:lang w:eastAsia="ja-JP"/>
              </w:rPr>
              <w:t>□保・幼・小　□家庭内</w:t>
            </w:r>
          </w:p>
        </w:tc>
      </w:tr>
      <w:tr w:rsidR="003079A8" w14:paraId="3ED07078" w14:textId="77777777" w:rsidTr="00B35A8C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4211065" w14:textId="77777777" w:rsidR="003079A8" w:rsidRDefault="00000000" w:rsidP="00FC10AE">
            <w:pPr>
              <w:jc w:val="center"/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7EDEBC" w14:textId="77777777" w:rsidR="003079A8" w:rsidRDefault="00000000" w:rsidP="00050489">
            <w:pPr>
              <w:jc w:val="center"/>
            </w:pPr>
            <w:r>
              <w:t>アレルギー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18E1B3" w14:textId="77777777" w:rsidR="003079A8" w:rsidRPr="00050489" w:rsidRDefault="00FC10AE" w:rsidP="00050489">
            <w:pPr>
              <w:jc w:val="center"/>
              <w:rPr>
                <w:sz w:val="18"/>
                <w:szCs w:val="18"/>
                <w:lang w:eastAsia="ja-JP"/>
              </w:rPr>
            </w:pPr>
            <w:r w:rsidRPr="00050489">
              <w:rPr>
                <w:rFonts w:hint="eastAsia"/>
                <w:sz w:val="18"/>
                <w:szCs w:val="18"/>
                <w:lang w:eastAsia="ja-JP"/>
              </w:rPr>
              <w:t>無・有</w:t>
            </w:r>
          </w:p>
          <w:p w14:paraId="752E1264" w14:textId="77777777" w:rsidR="00FC10AE" w:rsidRPr="00050489" w:rsidRDefault="00FC10AE" w:rsidP="00050489">
            <w:pPr>
              <w:jc w:val="center"/>
              <w:rPr>
                <w:sz w:val="18"/>
                <w:szCs w:val="18"/>
                <w:lang w:eastAsia="ja-JP"/>
              </w:rPr>
            </w:pPr>
          </w:p>
          <w:p w14:paraId="1533CFA8" w14:textId="1566CD4F" w:rsidR="00690057" w:rsidRPr="00050489" w:rsidRDefault="00690057" w:rsidP="00050489">
            <w:pPr>
              <w:jc w:val="center"/>
              <w:rPr>
                <w:sz w:val="18"/>
                <w:szCs w:val="18"/>
                <w:lang w:eastAsia="ja-JP"/>
              </w:rPr>
            </w:pP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3DA8D4" w14:textId="77777777" w:rsidR="003079A8" w:rsidRPr="00050489" w:rsidRDefault="00FC10AE" w:rsidP="00050489">
            <w:pPr>
              <w:jc w:val="center"/>
              <w:rPr>
                <w:sz w:val="18"/>
                <w:szCs w:val="18"/>
                <w:lang w:eastAsia="ja-JP"/>
              </w:rPr>
            </w:pPr>
            <w:r w:rsidRPr="00050489">
              <w:rPr>
                <w:rFonts w:hint="eastAsia"/>
                <w:sz w:val="18"/>
                <w:szCs w:val="18"/>
                <w:lang w:eastAsia="ja-JP"/>
              </w:rPr>
              <w:t>無・有</w:t>
            </w:r>
          </w:p>
          <w:p w14:paraId="2AE711FA" w14:textId="77777777" w:rsidR="00690057" w:rsidRPr="00050489" w:rsidRDefault="00690057" w:rsidP="00050489">
            <w:pPr>
              <w:jc w:val="center"/>
              <w:rPr>
                <w:sz w:val="18"/>
                <w:szCs w:val="18"/>
                <w:lang w:eastAsia="ja-JP"/>
              </w:rPr>
            </w:pPr>
          </w:p>
          <w:p w14:paraId="7FB20F15" w14:textId="495EFF90" w:rsidR="00050489" w:rsidRPr="00050489" w:rsidRDefault="00050489" w:rsidP="00050489">
            <w:pPr>
              <w:jc w:val="center"/>
              <w:rPr>
                <w:sz w:val="18"/>
                <w:szCs w:val="18"/>
                <w:lang w:eastAsia="ja-JP"/>
              </w:rPr>
            </w:pP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1632CB" w14:textId="77777777" w:rsidR="003079A8" w:rsidRPr="00050489" w:rsidRDefault="00FC10AE" w:rsidP="00050489">
            <w:pPr>
              <w:jc w:val="center"/>
              <w:rPr>
                <w:sz w:val="18"/>
                <w:szCs w:val="18"/>
                <w:lang w:eastAsia="ja-JP"/>
              </w:rPr>
            </w:pPr>
            <w:r w:rsidRPr="00050489">
              <w:rPr>
                <w:rFonts w:hint="eastAsia"/>
                <w:sz w:val="18"/>
                <w:szCs w:val="18"/>
                <w:lang w:eastAsia="ja-JP"/>
              </w:rPr>
              <w:t>無・有</w:t>
            </w:r>
          </w:p>
          <w:p w14:paraId="0A507E0F" w14:textId="77777777" w:rsidR="00050489" w:rsidRPr="00050489" w:rsidRDefault="00050489" w:rsidP="00050489">
            <w:pPr>
              <w:jc w:val="center"/>
              <w:rPr>
                <w:sz w:val="18"/>
                <w:szCs w:val="18"/>
                <w:lang w:eastAsia="ja-JP"/>
              </w:rPr>
            </w:pPr>
          </w:p>
          <w:p w14:paraId="6CF99B87" w14:textId="5C7F198B" w:rsidR="00050489" w:rsidRPr="00050489" w:rsidRDefault="00050489" w:rsidP="00050489">
            <w:pPr>
              <w:jc w:val="center"/>
              <w:rPr>
                <w:sz w:val="18"/>
                <w:szCs w:val="18"/>
                <w:lang w:eastAsia="ja-JP"/>
              </w:rPr>
            </w:pPr>
          </w:p>
        </w:tc>
      </w:tr>
      <w:tr w:rsidR="003079A8" w14:paraId="29C2C62C" w14:textId="77777777" w:rsidTr="00B35A8C">
        <w:trPr>
          <w:trHeight w:val="2697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D77911F" w14:textId="77777777" w:rsidR="003079A8" w:rsidRDefault="00000000" w:rsidP="00FC10AE">
            <w:pPr>
              <w:jc w:val="center"/>
            </w:pPr>
            <w:r>
              <w:t>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0730D2" w14:textId="77777777" w:rsidR="003079A8" w:rsidRDefault="00000000" w:rsidP="00050489">
            <w:pPr>
              <w:jc w:val="center"/>
            </w:pPr>
            <w:r>
              <w:t>特記事項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14:paraId="61E8CAF8" w14:textId="77777777" w:rsidR="003079A8" w:rsidRDefault="003079A8"/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14:paraId="3ABF6E66" w14:textId="77777777" w:rsidR="003079A8" w:rsidRDefault="003079A8"/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CFB24E1" w14:textId="77777777" w:rsidR="003079A8" w:rsidRDefault="003079A8"/>
        </w:tc>
      </w:tr>
      <w:tr w:rsidR="00FC10AE" w14:paraId="0083F6E4" w14:textId="77777777" w:rsidTr="00B35A8C">
        <w:trPr>
          <w:trHeight w:val="566"/>
        </w:trPr>
        <w:tc>
          <w:tcPr>
            <w:tcW w:w="8897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839F53" w14:textId="73195685" w:rsidR="00FC10AE" w:rsidRDefault="00FC10AE" w:rsidP="00E7085C">
            <w:pPr>
              <w:ind w:firstLineChars="200" w:firstLine="440"/>
              <w:jc w:val="both"/>
            </w:pPr>
            <w:r>
              <w:t>託児希望日時</w:t>
            </w:r>
          </w:p>
        </w:tc>
      </w:tr>
      <w:tr w:rsidR="00E7085C" w14:paraId="4EEF2E82" w14:textId="77777777" w:rsidTr="00B35A8C">
        <w:trPr>
          <w:trHeight w:val="546"/>
        </w:trPr>
        <w:tc>
          <w:tcPr>
            <w:tcW w:w="22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F78408F" w14:textId="22F45729" w:rsidR="00E7085C" w:rsidRDefault="00E7085C" w:rsidP="00E7085C">
            <w:pPr>
              <w:jc w:val="center"/>
            </w:pPr>
            <w:r>
              <w:t>9</w:t>
            </w:r>
            <w:r>
              <w:t>月</w:t>
            </w:r>
            <w:r>
              <w:t>24</w:t>
            </w:r>
            <w:r>
              <w:t>日</w:t>
            </w:r>
            <w:r>
              <w:rPr>
                <w:rFonts w:hint="eastAsia"/>
                <w:lang w:eastAsia="ja-JP"/>
              </w:rPr>
              <w:t>（</w:t>
            </w:r>
            <w:r>
              <w:t>木</w:t>
            </w:r>
            <w:r>
              <w:rPr>
                <w:rFonts w:hint="eastAsia"/>
                <w:lang w:eastAsia="ja-JP"/>
              </w:rPr>
              <w:t>）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08B407" w14:textId="73976E67" w:rsidR="00E7085C" w:rsidRDefault="00E7085C" w:rsidP="00E7085C">
            <w:pPr>
              <w:ind w:firstLineChars="200" w:firstLine="440"/>
              <w:jc w:val="both"/>
            </w:pPr>
            <w:r>
              <w:rPr>
                <w:rFonts w:hint="eastAsia"/>
                <w:lang w:eastAsia="ja-JP"/>
              </w:rPr>
              <w:t>：　　　～　　　：</w:t>
            </w:r>
          </w:p>
        </w:tc>
      </w:tr>
      <w:tr w:rsidR="00E7085C" w14:paraId="3066923B" w14:textId="77777777" w:rsidTr="003373C0">
        <w:trPr>
          <w:trHeight w:val="554"/>
        </w:trPr>
        <w:tc>
          <w:tcPr>
            <w:tcW w:w="22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46C6E7F" w14:textId="68542B66" w:rsidR="00E7085C" w:rsidRDefault="00E7085C" w:rsidP="00E7085C">
            <w:pPr>
              <w:jc w:val="center"/>
            </w:pPr>
            <w:r>
              <w:t>9</w:t>
            </w:r>
            <w:r>
              <w:t>月</w:t>
            </w:r>
            <w:r>
              <w:t>25</w:t>
            </w:r>
            <w:r>
              <w:t>日</w:t>
            </w:r>
            <w:r>
              <w:rPr>
                <w:rFonts w:hint="eastAsia"/>
                <w:lang w:eastAsia="ja-JP"/>
              </w:rPr>
              <w:t>（</w:t>
            </w:r>
            <w:r>
              <w:t>金</w:t>
            </w:r>
            <w:r>
              <w:rPr>
                <w:rFonts w:hint="eastAsia"/>
                <w:lang w:eastAsia="ja-JP"/>
              </w:rPr>
              <w:t>）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86909C" w14:textId="294A224E" w:rsidR="00E7085C" w:rsidRDefault="00E7085C" w:rsidP="00E7085C">
            <w:pPr>
              <w:ind w:firstLineChars="200" w:firstLine="440"/>
              <w:jc w:val="both"/>
            </w:pPr>
            <w:r>
              <w:rPr>
                <w:rFonts w:hint="eastAsia"/>
                <w:lang w:eastAsia="ja-JP"/>
              </w:rPr>
              <w:t>：　　　～　　　：</w:t>
            </w:r>
          </w:p>
        </w:tc>
      </w:tr>
      <w:tr w:rsidR="00E7085C" w14:paraId="15C94EF3" w14:textId="77777777" w:rsidTr="00B35A8C">
        <w:trPr>
          <w:trHeight w:val="562"/>
        </w:trPr>
        <w:tc>
          <w:tcPr>
            <w:tcW w:w="223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AB9F78" w14:textId="5AAA8517" w:rsidR="00E7085C" w:rsidRDefault="00E7085C" w:rsidP="00E7085C">
            <w:pPr>
              <w:jc w:val="center"/>
            </w:pPr>
            <w:r>
              <w:t>9</w:t>
            </w:r>
            <w:r>
              <w:t>月</w:t>
            </w:r>
            <w:r>
              <w:t>26</w:t>
            </w:r>
            <w:r>
              <w:t>日</w:t>
            </w:r>
            <w:r>
              <w:rPr>
                <w:rFonts w:hint="eastAsia"/>
                <w:lang w:eastAsia="ja-JP"/>
              </w:rPr>
              <w:t>（</w:t>
            </w:r>
            <w:r>
              <w:t>土</w:t>
            </w:r>
            <w:r>
              <w:rPr>
                <w:rFonts w:hint="eastAsia"/>
                <w:lang w:eastAsia="ja-JP"/>
              </w:rPr>
              <w:t>）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314FA6" w14:textId="17C0C2CC" w:rsidR="00E7085C" w:rsidRDefault="00E7085C" w:rsidP="00E7085C">
            <w:pPr>
              <w:ind w:firstLineChars="200" w:firstLine="440"/>
              <w:jc w:val="both"/>
            </w:pPr>
            <w:r>
              <w:rPr>
                <w:rFonts w:hint="eastAsia"/>
                <w:lang w:eastAsia="ja-JP"/>
              </w:rPr>
              <w:t>：　　　～　　　：</w:t>
            </w:r>
          </w:p>
        </w:tc>
      </w:tr>
    </w:tbl>
    <w:p w14:paraId="51B2BF39" w14:textId="77777777" w:rsidR="00EC654D" w:rsidRDefault="00EC654D" w:rsidP="00EC654D">
      <w:pPr>
        <w:spacing w:beforeLines="50" w:before="120" w:after="0"/>
        <w:rPr>
          <w:lang w:eastAsia="ja-JP"/>
        </w:rPr>
      </w:pPr>
    </w:p>
    <w:p w14:paraId="2ED1D4E8" w14:textId="5C0F4ABB" w:rsidR="00A9722F" w:rsidRDefault="00A9722F" w:rsidP="00EC654D">
      <w:pPr>
        <w:spacing w:beforeLines="50" w:before="120" w:after="0"/>
        <w:rPr>
          <w:lang w:eastAsia="ja-JP"/>
        </w:rPr>
      </w:pPr>
      <w:r>
        <w:rPr>
          <w:rFonts w:hint="eastAsia"/>
          <w:lang w:eastAsia="ja-JP"/>
        </w:rPr>
        <w:t>NPO</w:t>
      </w:r>
      <w:r>
        <w:rPr>
          <w:rFonts w:hint="eastAsia"/>
          <w:lang w:eastAsia="ja-JP"/>
        </w:rPr>
        <w:t>法人アリスチャイルドメイト</w:t>
      </w:r>
    </w:p>
    <w:p w14:paraId="2A86C16F" w14:textId="0B50C224" w:rsidR="00A9722F" w:rsidRDefault="00A9722F" w:rsidP="00EC654D">
      <w:pPr>
        <w:spacing w:beforeLines="50" w:before="120" w:after="0"/>
        <w:rPr>
          <w:lang w:eastAsia="ja-JP"/>
        </w:rPr>
      </w:pPr>
      <w:r>
        <w:rPr>
          <w:rFonts w:hint="eastAsia"/>
          <w:lang w:eastAsia="ja-JP"/>
        </w:rPr>
        <w:t>〒</w:t>
      </w:r>
      <w:r>
        <w:rPr>
          <w:rFonts w:hint="eastAsia"/>
          <w:lang w:eastAsia="ja-JP"/>
        </w:rPr>
        <w:t>381-0034</w:t>
      </w:r>
      <w:r>
        <w:rPr>
          <w:rFonts w:hint="eastAsia"/>
          <w:lang w:eastAsia="ja-JP"/>
        </w:rPr>
        <w:t xml:space="preserve">　長野市大字高田</w:t>
      </w:r>
      <w:r>
        <w:rPr>
          <w:rFonts w:hint="eastAsia"/>
          <w:lang w:eastAsia="ja-JP"/>
        </w:rPr>
        <w:t>1029</w:t>
      </w:r>
      <w:r>
        <w:rPr>
          <w:rFonts w:hint="eastAsia"/>
          <w:lang w:eastAsia="ja-JP"/>
        </w:rPr>
        <w:t>－</w:t>
      </w:r>
      <w:r>
        <w:rPr>
          <w:rFonts w:hint="eastAsia"/>
          <w:lang w:eastAsia="ja-JP"/>
        </w:rPr>
        <w:t>1</w:t>
      </w:r>
      <w:r>
        <w:rPr>
          <w:rFonts w:hint="eastAsia"/>
          <w:lang w:eastAsia="ja-JP"/>
        </w:rPr>
        <w:t xml:space="preserve">　エンドウビル</w:t>
      </w:r>
      <w:r>
        <w:rPr>
          <w:rFonts w:hint="eastAsia"/>
          <w:lang w:eastAsia="ja-JP"/>
        </w:rPr>
        <w:t>1F</w:t>
      </w:r>
    </w:p>
    <w:p w14:paraId="61BE8E0C" w14:textId="059C66C9" w:rsidR="00A9722F" w:rsidRDefault="00A9722F" w:rsidP="00EC654D">
      <w:pPr>
        <w:spacing w:beforeLines="50" w:before="120" w:after="0"/>
        <w:rPr>
          <w:lang w:eastAsia="ja-JP"/>
        </w:rPr>
      </w:pPr>
      <w:r>
        <w:rPr>
          <w:rFonts w:hint="eastAsia"/>
          <w:lang w:eastAsia="ja-JP"/>
        </w:rPr>
        <w:t>TEL: 026-269-8320    FAX: 026-269-8321</w:t>
      </w:r>
    </w:p>
    <w:p w14:paraId="4F55C9E7" w14:textId="40F8E63B" w:rsidR="00A9722F" w:rsidRDefault="00A9722F" w:rsidP="00EC654D">
      <w:pPr>
        <w:spacing w:beforeLines="50" w:before="120" w:after="0"/>
        <w:rPr>
          <w:lang w:eastAsia="ja-JP"/>
        </w:rPr>
      </w:pPr>
      <w:r>
        <w:rPr>
          <w:rFonts w:hint="eastAsia"/>
          <w:lang w:eastAsia="ja-JP"/>
        </w:rPr>
        <w:t xml:space="preserve">E-mail: </w:t>
      </w:r>
      <w:hyperlink r:id="rId6" w:history="1">
        <w:r w:rsidRPr="005A6748">
          <w:rPr>
            <w:rStyle w:val="aff"/>
            <w:lang w:eastAsia="ja-JP"/>
          </w:rPr>
          <w:t>alice-child@coral.plala.or.jp</w:t>
        </w:r>
      </w:hyperlink>
    </w:p>
    <w:sectPr w:rsidR="00A9722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31893432">
    <w:abstractNumId w:val="8"/>
  </w:num>
  <w:num w:numId="2" w16cid:durableId="1547598959">
    <w:abstractNumId w:val="6"/>
  </w:num>
  <w:num w:numId="3" w16cid:durableId="1694260298">
    <w:abstractNumId w:val="5"/>
  </w:num>
  <w:num w:numId="4" w16cid:durableId="1346398310">
    <w:abstractNumId w:val="4"/>
  </w:num>
  <w:num w:numId="5" w16cid:durableId="1764914294">
    <w:abstractNumId w:val="7"/>
  </w:num>
  <w:num w:numId="6" w16cid:durableId="442960396">
    <w:abstractNumId w:val="3"/>
  </w:num>
  <w:num w:numId="7" w16cid:durableId="1292856043">
    <w:abstractNumId w:val="2"/>
  </w:num>
  <w:num w:numId="8" w16cid:durableId="1158615992">
    <w:abstractNumId w:val="1"/>
  </w:num>
  <w:num w:numId="9" w16cid:durableId="1715807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0489"/>
    <w:rsid w:val="0006063C"/>
    <w:rsid w:val="0015074B"/>
    <w:rsid w:val="0029639D"/>
    <w:rsid w:val="003079A8"/>
    <w:rsid w:val="00326F90"/>
    <w:rsid w:val="003373C0"/>
    <w:rsid w:val="00575A95"/>
    <w:rsid w:val="005A6748"/>
    <w:rsid w:val="00690057"/>
    <w:rsid w:val="007A2E54"/>
    <w:rsid w:val="00A9722F"/>
    <w:rsid w:val="00AA1D8D"/>
    <w:rsid w:val="00B101D5"/>
    <w:rsid w:val="00B35A8C"/>
    <w:rsid w:val="00B47730"/>
    <w:rsid w:val="00CB0664"/>
    <w:rsid w:val="00D007BF"/>
    <w:rsid w:val="00D91BAB"/>
    <w:rsid w:val="00E7085C"/>
    <w:rsid w:val="00EC654D"/>
    <w:rsid w:val="00FC10AE"/>
    <w:rsid w:val="00FC2AB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766B7E"/>
  <w14:defaultImageDpi w14:val="300"/>
  <w15:docId w15:val="{35C8FB9E-B8CD-4583-8579-64BDBA788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">
    <w:name w:val="Hyperlink"/>
    <w:basedOn w:val="a2"/>
    <w:uiPriority w:val="99"/>
    <w:unhideWhenUsed/>
    <w:rsid w:val="005A6748"/>
    <w:rPr>
      <w:color w:val="0000FF" w:themeColor="hyperlink"/>
      <w:u w:val="single"/>
    </w:rPr>
  </w:style>
  <w:style w:type="character" w:styleId="aff0">
    <w:name w:val="Unresolved Mention"/>
    <w:basedOn w:val="a2"/>
    <w:uiPriority w:val="99"/>
    <w:semiHidden/>
    <w:unhideWhenUsed/>
    <w:rsid w:val="005A67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alice-child@coral.plala.or.j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康祐 鈴木</cp:lastModifiedBy>
  <cp:revision>12</cp:revision>
  <dcterms:created xsi:type="dcterms:W3CDTF">2013-12-23T23:15:00Z</dcterms:created>
  <dcterms:modified xsi:type="dcterms:W3CDTF">2026-07-07T04:31:00Z</dcterms:modified>
  <cp:category/>
</cp:coreProperties>
</file>